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24D22" w14:textId="77777777" w:rsidR="0082292B" w:rsidRDefault="0082292B" w:rsidP="0082292B">
      <w:pPr>
        <w:pStyle w:val="Title"/>
        <w:jc w:val="center"/>
      </w:pPr>
      <w:r>
        <w:t>YOUTH GROUP REGISTRATION FORM</w:t>
      </w:r>
    </w:p>
    <w:p w14:paraId="41B5F9E0" w14:textId="7DA11C83" w:rsidR="0082292B" w:rsidRDefault="0082292B" w:rsidP="0082292B">
      <w:pPr>
        <w:spacing w:after="20" w:line="240" w:lineRule="auto"/>
        <w:jc w:val="center"/>
      </w:pPr>
      <w:r>
        <w:rPr>
          <w:i/>
        </w:rPr>
        <w:t>For children and young people</w:t>
      </w:r>
    </w:p>
    <w:tbl>
      <w:tblPr>
        <w:tblW w:w="0" w:type="auto"/>
        <w:jc w:val="center"/>
        <w:tblLayout w:type="fixed"/>
        <w:tblLook w:val="04A0" w:firstRow="1" w:lastRow="0" w:firstColumn="1" w:lastColumn="0" w:noHBand="0" w:noVBand="1"/>
      </w:tblPr>
      <w:tblGrid>
        <w:gridCol w:w="10368"/>
      </w:tblGrid>
      <w:tr w:rsidR="0082292B" w14:paraId="44A0E6E2" w14:textId="77777777">
        <w:trPr>
          <w:jc w:val="center"/>
        </w:trPr>
        <w:tc>
          <w:tcPr>
            <w:tcW w:w="10368" w:type="dxa"/>
            <w:shd w:val="clear" w:color="auto" w:fill="EAF2F8"/>
            <w:tcMar>
              <w:top w:w="80" w:type="dxa"/>
              <w:left w:w="90" w:type="dxa"/>
              <w:bottom w:w="80" w:type="dxa"/>
              <w:right w:w="90" w:type="dxa"/>
            </w:tcMar>
          </w:tcPr>
          <w:p w14:paraId="7738444B" w14:textId="77777777" w:rsidR="0082292B" w:rsidRDefault="0082292B">
            <w:r>
              <w:rPr>
                <w:sz w:val="16"/>
              </w:rPr>
              <w:t>Please complete one form for each child. Only provide information the leaders need to keep your child safe and help them take part. Tell a leader promptly if anything changes. Photography consent is optional and does not affect attendance.</w:t>
            </w:r>
          </w:p>
        </w:tc>
      </w:tr>
    </w:tbl>
    <w:p w14:paraId="6BC64CD5" w14:textId="77777777" w:rsidR="0082292B" w:rsidRDefault="0082292B" w:rsidP="0082292B">
      <w:pPr>
        <w:pStyle w:val="Heading1"/>
        <w:spacing w:before="100" w:after="40"/>
      </w:pPr>
      <w:r>
        <w:t>1. Child and parent/guardian details</w:t>
      </w:r>
    </w:p>
    <w:p w14:paraId="317E7453" w14:textId="77777777" w:rsidR="0082292B" w:rsidRDefault="0082292B" w:rsidP="0032713E">
      <w:pPr>
        <w:spacing w:after="20" w:line="360" w:lineRule="auto"/>
      </w:pPr>
      <w:r>
        <w:rPr>
          <w:b/>
        </w:rPr>
        <w:t xml:space="preserve">Child’s full name: </w:t>
      </w:r>
      <w:r>
        <w:t>................................................................................................................</w:t>
      </w:r>
    </w:p>
    <w:p w14:paraId="5B417230" w14:textId="77777777" w:rsidR="0082292B" w:rsidRDefault="0082292B" w:rsidP="0032713E">
      <w:pPr>
        <w:spacing w:after="20" w:line="360" w:lineRule="auto"/>
      </w:pPr>
      <w:r>
        <w:rPr>
          <w:b/>
        </w:rPr>
        <w:t xml:space="preserve">Preferred name: </w:t>
      </w:r>
      <w:r>
        <w:t>................................................................................................................</w:t>
      </w:r>
    </w:p>
    <w:p w14:paraId="78C673B3" w14:textId="77777777" w:rsidR="0082292B" w:rsidRDefault="0082292B" w:rsidP="0032713E">
      <w:pPr>
        <w:spacing w:after="20" w:line="360" w:lineRule="auto"/>
      </w:pPr>
      <w:r>
        <w:rPr>
          <w:b/>
        </w:rPr>
        <w:t xml:space="preserve">Date of birth: </w:t>
      </w:r>
      <w:r>
        <w:t>................................................................................................................</w:t>
      </w:r>
    </w:p>
    <w:p w14:paraId="7051992E" w14:textId="77777777" w:rsidR="0082292B" w:rsidRDefault="0082292B" w:rsidP="0032713E">
      <w:pPr>
        <w:spacing w:after="20" w:line="360" w:lineRule="auto"/>
      </w:pPr>
      <w:r>
        <w:rPr>
          <w:b/>
        </w:rPr>
        <w:t xml:space="preserve">Home address: </w:t>
      </w:r>
      <w:r>
        <w:t>................................................................................................................</w:t>
      </w:r>
    </w:p>
    <w:p w14:paraId="056E5CFF" w14:textId="77777777" w:rsidR="0082292B" w:rsidRDefault="0082292B" w:rsidP="0032713E">
      <w:pPr>
        <w:spacing w:after="20" w:line="360" w:lineRule="auto"/>
      </w:pPr>
      <w:r>
        <w:rPr>
          <w:b/>
        </w:rPr>
        <w:t xml:space="preserve">Postcode: </w:t>
      </w:r>
      <w:r>
        <w:t>................................................................................................................</w:t>
      </w:r>
    </w:p>
    <w:p w14:paraId="75F249AC" w14:textId="77777777" w:rsidR="0082292B" w:rsidRDefault="0082292B" w:rsidP="0032713E">
      <w:pPr>
        <w:spacing w:after="20" w:line="360" w:lineRule="auto"/>
      </w:pPr>
      <w:r>
        <w:rPr>
          <w:b/>
        </w:rPr>
        <w:t xml:space="preserve">School (optional): </w:t>
      </w:r>
      <w:r>
        <w:t>................................................................................................................</w:t>
      </w:r>
    </w:p>
    <w:p w14:paraId="6B013DAC" w14:textId="77777777" w:rsidR="0082292B" w:rsidRDefault="0082292B" w:rsidP="0032713E">
      <w:pPr>
        <w:spacing w:after="20" w:line="360" w:lineRule="auto"/>
      </w:pPr>
      <w:r>
        <w:rPr>
          <w:b/>
        </w:rPr>
        <w:t xml:space="preserve">Parent/legal guardian name: </w:t>
      </w:r>
      <w:r>
        <w:t>................................................................................................................</w:t>
      </w:r>
    </w:p>
    <w:p w14:paraId="29A7E8CC" w14:textId="77777777" w:rsidR="0082292B" w:rsidRDefault="0082292B" w:rsidP="0032713E">
      <w:pPr>
        <w:spacing w:after="20" w:line="360" w:lineRule="auto"/>
      </w:pPr>
      <w:r>
        <w:rPr>
          <w:b/>
        </w:rPr>
        <w:t xml:space="preserve">Relationship to child: </w:t>
      </w:r>
      <w:r>
        <w:t>................................................................................................................</w:t>
      </w:r>
    </w:p>
    <w:p w14:paraId="299A9095" w14:textId="77777777" w:rsidR="0082292B" w:rsidRDefault="0082292B" w:rsidP="0032713E">
      <w:pPr>
        <w:spacing w:after="20" w:line="360" w:lineRule="auto"/>
      </w:pPr>
      <w:r>
        <w:rPr>
          <w:b/>
        </w:rPr>
        <w:t xml:space="preserve">Mobile number: </w:t>
      </w:r>
      <w:r>
        <w:t>................................................................................................................</w:t>
      </w:r>
    </w:p>
    <w:p w14:paraId="29A97FFE" w14:textId="77777777" w:rsidR="0082292B" w:rsidRDefault="0082292B" w:rsidP="0032713E">
      <w:pPr>
        <w:spacing w:after="20" w:line="360" w:lineRule="auto"/>
      </w:pPr>
      <w:r>
        <w:rPr>
          <w:b/>
        </w:rPr>
        <w:t xml:space="preserve">Email address: </w:t>
      </w:r>
      <w:r>
        <w:t>................................................................................................................</w:t>
      </w:r>
    </w:p>
    <w:p w14:paraId="66A00146" w14:textId="77777777" w:rsidR="0082292B" w:rsidRDefault="0082292B" w:rsidP="0082292B">
      <w:pPr>
        <w:pStyle w:val="Heading1"/>
        <w:spacing w:before="100" w:after="40"/>
      </w:pPr>
      <w:r>
        <w:t>2. Emergency contacts</w:t>
      </w:r>
    </w:p>
    <w:p w14:paraId="235DB7A4" w14:textId="77777777" w:rsidR="0082292B" w:rsidRDefault="0082292B" w:rsidP="0032713E">
      <w:pPr>
        <w:spacing w:after="20" w:line="360" w:lineRule="auto"/>
      </w:pPr>
      <w:r>
        <w:rPr>
          <w:b/>
        </w:rPr>
        <w:t xml:space="preserve">Primary emergency contact (if different): </w:t>
      </w:r>
      <w:r>
        <w:t>................................................................................................................</w:t>
      </w:r>
    </w:p>
    <w:p w14:paraId="5D5AE6EB" w14:textId="77777777" w:rsidR="0082292B" w:rsidRDefault="0082292B" w:rsidP="0032713E">
      <w:pPr>
        <w:spacing w:after="20" w:line="360" w:lineRule="auto"/>
      </w:pPr>
      <w:r>
        <w:rPr>
          <w:b/>
        </w:rPr>
        <w:t xml:space="preserve">Relationship to child: </w:t>
      </w:r>
      <w:r>
        <w:t>................................................................................................................</w:t>
      </w:r>
    </w:p>
    <w:p w14:paraId="0359A522" w14:textId="77777777" w:rsidR="0082292B" w:rsidRDefault="0082292B" w:rsidP="0032713E">
      <w:pPr>
        <w:spacing w:after="20" w:line="360" w:lineRule="auto"/>
      </w:pPr>
      <w:r>
        <w:rPr>
          <w:b/>
        </w:rPr>
        <w:t xml:space="preserve">Mobile number: </w:t>
      </w:r>
      <w:r>
        <w:t>................................................................................................................</w:t>
      </w:r>
    </w:p>
    <w:p w14:paraId="2120C213" w14:textId="77777777" w:rsidR="0082292B" w:rsidRDefault="0082292B" w:rsidP="0032713E">
      <w:pPr>
        <w:spacing w:after="20" w:line="360" w:lineRule="auto"/>
      </w:pPr>
      <w:r>
        <w:rPr>
          <w:b/>
        </w:rPr>
        <w:t xml:space="preserve">Secondary emergency contact: </w:t>
      </w:r>
      <w:r>
        <w:t>................................................................................................................</w:t>
      </w:r>
    </w:p>
    <w:p w14:paraId="00C219A4" w14:textId="77777777" w:rsidR="0082292B" w:rsidRDefault="0082292B" w:rsidP="0032713E">
      <w:pPr>
        <w:spacing w:after="20" w:line="360" w:lineRule="auto"/>
      </w:pPr>
      <w:r>
        <w:rPr>
          <w:b/>
        </w:rPr>
        <w:t xml:space="preserve">Relationship to child: </w:t>
      </w:r>
      <w:r>
        <w:t>................................................................................................................</w:t>
      </w:r>
    </w:p>
    <w:p w14:paraId="315E47AD" w14:textId="77777777" w:rsidR="0082292B" w:rsidRDefault="0082292B" w:rsidP="0032713E">
      <w:pPr>
        <w:spacing w:after="20" w:line="360" w:lineRule="auto"/>
      </w:pPr>
      <w:r>
        <w:rPr>
          <w:b/>
        </w:rPr>
        <w:t xml:space="preserve">Mobile number: </w:t>
      </w:r>
      <w:r>
        <w:t>................................................................................................................</w:t>
      </w:r>
    </w:p>
    <w:p w14:paraId="08F079F0" w14:textId="77777777" w:rsidR="0082292B" w:rsidRDefault="0082292B" w:rsidP="0082292B">
      <w:pPr>
        <w:pStyle w:val="Heading1"/>
        <w:spacing w:before="100" w:after="40"/>
      </w:pPr>
      <w:r>
        <w:t>3. Health, medication and additional support</w:t>
      </w:r>
    </w:p>
    <w:tbl>
      <w:tblPr>
        <w:tblW w:w="0" w:type="auto"/>
        <w:jc w:val="center"/>
        <w:tblLayout w:type="fixed"/>
        <w:tblLook w:val="04A0" w:firstRow="1" w:lastRow="0" w:firstColumn="1" w:lastColumn="0" w:noHBand="0" w:noVBand="1"/>
      </w:tblPr>
      <w:tblGrid>
        <w:gridCol w:w="10368"/>
      </w:tblGrid>
      <w:tr w:rsidR="0082292B" w14:paraId="0D1DFCDF" w14:textId="77777777">
        <w:trPr>
          <w:jc w:val="center"/>
        </w:trPr>
        <w:tc>
          <w:tcPr>
            <w:tcW w:w="10368" w:type="dxa"/>
            <w:shd w:val="clear" w:color="auto" w:fill="EAF2F8"/>
            <w:tcMar>
              <w:top w:w="80" w:type="dxa"/>
              <w:left w:w="90" w:type="dxa"/>
              <w:bottom w:w="80" w:type="dxa"/>
              <w:right w:w="90" w:type="dxa"/>
            </w:tcMar>
          </w:tcPr>
          <w:p w14:paraId="0C82B31C" w14:textId="77777777" w:rsidR="0082292B" w:rsidRDefault="0082292B">
            <w:r>
              <w:rPr>
                <w:sz w:val="16"/>
              </w:rPr>
              <w:t>Give enough information for leaders to support your child safely. Please speak privately with a leader where the information is sensitive or detailed. A separate medication form may be needed.</w:t>
            </w:r>
          </w:p>
        </w:tc>
      </w:tr>
    </w:tbl>
    <w:p w14:paraId="527AC1FA" w14:textId="77777777" w:rsidR="0082292B" w:rsidRDefault="0082292B" w:rsidP="0082292B">
      <w:pPr>
        <w:spacing w:after="20" w:line="240" w:lineRule="auto"/>
      </w:pPr>
      <w:r>
        <w:t>☐ Yes    ☐ No    Allergies, including food, medication or environmental allergies?</w:t>
      </w:r>
    </w:p>
    <w:p w14:paraId="4A70768A" w14:textId="77777777" w:rsidR="0082292B" w:rsidRDefault="0082292B" w:rsidP="0082292B">
      <w:pPr>
        <w:spacing w:after="20" w:line="240" w:lineRule="auto"/>
      </w:pPr>
      <w:r>
        <w:rPr>
          <w:b/>
        </w:rPr>
        <w:t xml:space="preserve">Details, including severity and action needed: </w:t>
      </w:r>
      <w:r>
        <w:t>................................................................................................................</w:t>
      </w:r>
    </w:p>
    <w:p w14:paraId="57805EB4" w14:textId="77777777" w:rsidR="0082292B" w:rsidRDefault="0082292B" w:rsidP="0082292B">
      <w:pPr>
        <w:spacing w:after="20" w:line="240" w:lineRule="auto"/>
      </w:pPr>
      <w:r>
        <w:t>☐ Yes    ☐ No    Severe allergic reaction or prescribed adrenaline auto-injector?</w:t>
      </w:r>
    </w:p>
    <w:p w14:paraId="72BDFFAC" w14:textId="77777777" w:rsidR="0082292B" w:rsidRDefault="0082292B" w:rsidP="0082292B">
      <w:pPr>
        <w:spacing w:after="20" w:line="240" w:lineRule="auto"/>
      </w:pPr>
      <w:r>
        <w:rPr>
          <w:b/>
        </w:rPr>
        <w:t xml:space="preserve">Details: </w:t>
      </w:r>
      <w:r>
        <w:t>................................................................................................................</w:t>
      </w:r>
    </w:p>
    <w:p w14:paraId="7E0652FB" w14:textId="77777777" w:rsidR="0082292B" w:rsidRDefault="0082292B" w:rsidP="0082292B">
      <w:pPr>
        <w:spacing w:after="20" w:line="240" w:lineRule="auto"/>
      </w:pPr>
      <w:r>
        <w:t>☐ Yes    ☐ No    Medical condition, disability or long-term health need?</w:t>
      </w:r>
    </w:p>
    <w:p w14:paraId="53AA5DCB" w14:textId="77777777" w:rsidR="0082292B" w:rsidRDefault="0082292B" w:rsidP="0082292B">
      <w:pPr>
        <w:spacing w:after="20" w:line="240" w:lineRule="auto"/>
      </w:pPr>
      <w:r>
        <w:rPr>
          <w:b/>
        </w:rPr>
        <w:t xml:space="preserve">Details and support needed: </w:t>
      </w:r>
      <w:r>
        <w:t>................................................................................................................</w:t>
      </w:r>
    </w:p>
    <w:p w14:paraId="49DD2344" w14:textId="77777777" w:rsidR="0082292B" w:rsidRDefault="0082292B" w:rsidP="0082292B">
      <w:pPr>
        <w:spacing w:after="20" w:line="240" w:lineRule="auto"/>
      </w:pPr>
      <w:r>
        <w:t>☐ Yes    ☐ No    Carries or uses medication, inhaler or emergency medication?</w:t>
      </w:r>
    </w:p>
    <w:p w14:paraId="439EBE78" w14:textId="77777777" w:rsidR="0082292B" w:rsidRDefault="0082292B" w:rsidP="0082292B">
      <w:pPr>
        <w:spacing w:after="20" w:line="240" w:lineRule="auto"/>
      </w:pPr>
      <w:r>
        <w:rPr>
          <w:b/>
        </w:rPr>
        <w:t xml:space="preserve">Details and agreed arrangements: </w:t>
      </w:r>
      <w:r>
        <w:t>................................................................................................................</w:t>
      </w:r>
    </w:p>
    <w:p w14:paraId="3BFDE879" w14:textId="77777777" w:rsidR="0082292B" w:rsidRDefault="0082292B" w:rsidP="0082292B">
      <w:pPr>
        <w:spacing w:after="20" w:line="240" w:lineRule="auto"/>
      </w:pPr>
      <w:r>
        <w:t>☐ Yes    ☐ No    Dietary requirement that is not an allergy?</w:t>
      </w:r>
    </w:p>
    <w:p w14:paraId="16CC2C7F" w14:textId="77777777" w:rsidR="0082292B" w:rsidRDefault="0082292B" w:rsidP="0082292B">
      <w:pPr>
        <w:spacing w:after="20" w:line="240" w:lineRule="auto"/>
      </w:pPr>
      <w:r>
        <w:rPr>
          <w:b/>
        </w:rPr>
        <w:t xml:space="preserve">Details: </w:t>
      </w:r>
      <w:r>
        <w:t>................................................................................................................</w:t>
      </w:r>
    </w:p>
    <w:p w14:paraId="31D3C301" w14:textId="77777777" w:rsidR="0082292B" w:rsidRDefault="0082292B" w:rsidP="0082292B">
      <w:pPr>
        <w:spacing w:after="20" w:line="240" w:lineRule="auto"/>
      </w:pPr>
      <w:r>
        <w:t xml:space="preserve">☐ Yes    ☐ No    Communication, sensory, emotional, </w:t>
      </w:r>
      <w:proofErr w:type="spellStart"/>
      <w:r>
        <w:t>behavioural</w:t>
      </w:r>
      <w:proofErr w:type="spellEnd"/>
      <w:r>
        <w:t xml:space="preserve"> or other additional need?</w:t>
      </w:r>
    </w:p>
    <w:p w14:paraId="23ECC00D" w14:textId="77777777" w:rsidR="0082292B" w:rsidRDefault="0082292B" w:rsidP="0082292B">
      <w:pPr>
        <w:spacing w:after="20" w:line="240" w:lineRule="auto"/>
      </w:pPr>
      <w:r>
        <w:rPr>
          <w:b/>
        </w:rPr>
        <w:t xml:space="preserve">Details and helpful support: </w:t>
      </w:r>
      <w:r>
        <w:t>................................................................................................................</w:t>
      </w:r>
    </w:p>
    <w:p w14:paraId="4C907F86" w14:textId="77777777" w:rsidR="0082292B" w:rsidRDefault="0082292B" w:rsidP="0082292B">
      <w:pPr>
        <w:spacing w:after="20" w:line="240" w:lineRule="auto"/>
      </w:pPr>
      <w:r>
        <w:rPr>
          <w:b/>
        </w:rPr>
        <w:lastRenderedPageBreak/>
        <w:t xml:space="preserve">Anything else needed for safe and full participation: </w:t>
      </w:r>
      <w:r>
        <w:t>................................................................................................................</w:t>
      </w:r>
    </w:p>
    <w:p w14:paraId="66AD40F5" w14:textId="2BEF3505" w:rsidR="0082292B" w:rsidRPr="0032713E" w:rsidRDefault="0082292B" w:rsidP="0032713E">
      <w:pPr>
        <w:pStyle w:val="Heading1"/>
        <w:rPr>
          <w:color w:val="1F497D" w:themeColor="text2"/>
        </w:rPr>
      </w:pPr>
      <w:r w:rsidRPr="0032713E">
        <w:rPr>
          <w:color w:val="1F497D" w:themeColor="text2"/>
        </w:rPr>
        <w:t>4. Emergency arrangements</w:t>
      </w:r>
    </w:p>
    <w:p w14:paraId="1FA1F722" w14:textId="77777777" w:rsidR="0082292B" w:rsidRDefault="0082292B" w:rsidP="0082292B">
      <w:pPr>
        <w:spacing w:after="20" w:line="240" w:lineRule="auto"/>
      </w:pPr>
      <w:r>
        <w:t>In an emergency, leaders will contact emergency services where necessary and make every reasonable effort to contact a parent or guardian. Leaders may take reasonable action to protect the child’s immediate welfare, following the advice of qualified healthcare professionals.</w:t>
      </w:r>
    </w:p>
    <w:p w14:paraId="23929E0F" w14:textId="77777777" w:rsidR="0082292B" w:rsidRDefault="0082292B" w:rsidP="0082292B">
      <w:pPr>
        <w:spacing w:after="20" w:line="240" w:lineRule="auto"/>
      </w:pPr>
      <w:r>
        <w:t xml:space="preserve">☐ I understand and agree </w:t>
      </w:r>
      <w:proofErr w:type="gramStart"/>
      <w:r>
        <w:t>to</w:t>
      </w:r>
      <w:proofErr w:type="gramEnd"/>
      <w:r>
        <w:t xml:space="preserve"> the emergency arrangements above.</w:t>
      </w:r>
    </w:p>
    <w:p w14:paraId="4AC65C99" w14:textId="77777777" w:rsidR="0082292B" w:rsidRDefault="0082292B" w:rsidP="0082292B">
      <w:pPr>
        <w:spacing w:after="20" w:line="240" w:lineRule="auto"/>
      </w:pPr>
      <w:r>
        <w:rPr>
          <w:b/>
        </w:rPr>
        <w:t xml:space="preserve">Parent/legal guardian signature: </w:t>
      </w:r>
      <w:r>
        <w:t>................................................................................................................</w:t>
      </w:r>
    </w:p>
    <w:p w14:paraId="36DB276F" w14:textId="77777777" w:rsidR="0082292B" w:rsidRDefault="0082292B" w:rsidP="0082292B">
      <w:pPr>
        <w:spacing w:after="20" w:line="240" w:lineRule="auto"/>
      </w:pPr>
      <w:r>
        <w:rPr>
          <w:b/>
        </w:rPr>
        <w:t xml:space="preserve">Print name: </w:t>
      </w:r>
      <w:r>
        <w:t>................................................................................................................</w:t>
      </w:r>
    </w:p>
    <w:p w14:paraId="10849C9A" w14:textId="77777777" w:rsidR="0082292B" w:rsidRDefault="0082292B" w:rsidP="0082292B">
      <w:pPr>
        <w:spacing w:after="20" w:line="240" w:lineRule="auto"/>
      </w:pPr>
      <w:r>
        <w:rPr>
          <w:b/>
        </w:rPr>
        <w:t xml:space="preserve">Date: </w:t>
      </w:r>
      <w:r>
        <w:t>................................................................................................................</w:t>
      </w:r>
    </w:p>
    <w:p w14:paraId="4A787A2A" w14:textId="77777777" w:rsidR="0082292B" w:rsidRDefault="0082292B" w:rsidP="0082292B">
      <w:pPr>
        <w:pStyle w:val="Heading1"/>
        <w:spacing w:before="100" w:after="40"/>
      </w:pPr>
      <w:r>
        <w:t>5. Arrival and collection</w:t>
      </w:r>
    </w:p>
    <w:p w14:paraId="0AF37C45" w14:textId="77777777" w:rsidR="0082292B" w:rsidRDefault="0082292B" w:rsidP="0082292B">
      <w:pPr>
        <w:spacing w:after="20" w:line="240" w:lineRule="auto"/>
      </w:pPr>
      <w:r>
        <w:rPr>
          <w:b/>
        </w:rPr>
        <w:t xml:space="preserve">Usual </w:t>
      </w:r>
      <w:proofErr w:type="spellStart"/>
      <w:r>
        <w:rPr>
          <w:b/>
        </w:rPr>
        <w:t>authorised</w:t>
      </w:r>
      <w:proofErr w:type="spellEnd"/>
      <w:r>
        <w:rPr>
          <w:b/>
        </w:rPr>
        <w:t xml:space="preserve"> collector(s), with relationship to child: </w:t>
      </w:r>
      <w:r>
        <w:t>................................................................................................................</w:t>
      </w:r>
    </w:p>
    <w:p w14:paraId="39F322D5" w14:textId="77777777" w:rsidR="0082292B" w:rsidRDefault="0082292B" w:rsidP="0082292B">
      <w:pPr>
        <w:spacing w:after="20" w:line="240" w:lineRule="auto"/>
      </w:pPr>
      <w:r>
        <w:rPr>
          <w:b/>
        </w:rPr>
        <w:t xml:space="preserve"> </w:t>
      </w:r>
      <w:r>
        <w:t>................................................................................................................</w:t>
      </w:r>
    </w:p>
    <w:p w14:paraId="3F8C0EF5" w14:textId="77777777" w:rsidR="0082292B" w:rsidRDefault="0082292B" w:rsidP="0082292B">
      <w:pPr>
        <w:spacing w:after="20" w:line="240" w:lineRule="auto"/>
      </w:pPr>
      <w:r>
        <w:rPr>
          <w:b/>
        </w:rPr>
        <w:t xml:space="preserve">Collection password/code (only if used): </w:t>
      </w:r>
      <w:r>
        <w:t>................................................................................................................</w:t>
      </w:r>
    </w:p>
    <w:p w14:paraId="7B26B513" w14:textId="77777777" w:rsidR="0082292B" w:rsidRDefault="0082292B" w:rsidP="0082292B">
      <w:pPr>
        <w:spacing w:after="20" w:line="240" w:lineRule="auto"/>
      </w:pPr>
      <w:r>
        <w:rPr>
          <w:b/>
        </w:rPr>
        <w:t xml:space="preserve">Independent departure agreed?  ☐ No   ☐ Yes — details/time: </w:t>
      </w:r>
      <w:r>
        <w:t>................................................................................................................</w:t>
      </w:r>
    </w:p>
    <w:p w14:paraId="16FDA592" w14:textId="77777777" w:rsidR="0082292B" w:rsidRDefault="0082292B" w:rsidP="0082292B">
      <w:pPr>
        <w:spacing w:after="20" w:line="240" w:lineRule="auto"/>
      </w:pPr>
      <w:r>
        <w:rPr>
          <w:b/>
        </w:rPr>
        <w:t xml:space="preserve">Any person who must not collect the child (if applicable): </w:t>
      </w:r>
      <w:r>
        <w:t>................................................................................................................</w:t>
      </w:r>
    </w:p>
    <w:p w14:paraId="1BC59BB2" w14:textId="77777777" w:rsidR="0082292B" w:rsidRDefault="0082292B" w:rsidP="0082292B">
      <w:pPr>
        <w:spacing w:after="20" w:line="240" w:lineRule="auto"/>
      </w:pPr>
      <w:r>
        <w:rPr>
          <w:b/>
        </w:rPr>
        <w:t xml:space="preserve">Any relevant legal restriction or instruction (if applicable): </w:t>
      </w:r>
      <w:r>
        <w:t>................................................................................................................</w:t>
      </w:r>
    </w:p>
    <w:tbl>
      <w:tblPr>
        <w:tblW w:w="0" w:type="auto"/>
        <w:jc w:val="center"/>
        <w:tblLayout w:type="fixed"/>
        <w:tblLook w:val="04A0" w:firstRow="1" w:lastRow="0" w:firstColumn="1" w:lastColumn="0" w:noHBand="0" w:noVBand="1"/>
      </w:tblPr>
      <w:tblGrid>
        <w:gridCol w:w="10368"/>
      </w:tblGrid>
      <w:tr w:rsidR="0082292B" w14:paraId="2A634527" w14:textId="77777777">
        <w:trPr>
          <w:jc w:val="center"/>
        </w:trPr>
        <w:tc>
          <w:tcPr>
            <w:tcW w:w="10368" w:type="dxa"/>
            <w:shd w:val="clear" w:color="auto" w:fill="EAF2F8"/>
            <w:tcMar>
              <w:top w:w="80" w:type="dxa"/>
              <w:left w:w="90" w:type="dxa"/>
              <w:bottom w:w="80" w:type="dxa"/>
              <w:right w:w="90" w:type="dxa"/>
            </w:tcMar>
          </w:tcPr>
          <w:p w14:paraId="06F2C459" w14:textId="77777777" w:rsidR="0082292B" w:rsidRDefault="0082292B">
            <w:r>
              <w:rPr>
                <w:sz w:val="16"/>
              </w:rPr>
              <w:t>Please discuss court orders, prohibited collectors or other sensitive restrictions privately with the Parish Safeguarding Officer. Notify a leader directly of any change; do not rely on a message passed through a child.</w:t>
            </w:r>
          </w:p>
        </w:tc>
      </w:tr>
    </w:tbl>
    <w:p w14:paraId="3D60B333" w14:textId="77777777" w:rsidR="0082292B" w:rsidRDefault="0082292B" w:rsidP="0082292B">
      <w:pPr>
        <w:pStyle w:val="Heading1"/>
        <w:spacing w:before="100" w:after="40"/>
      </w:pPr>
      <w:r>
        <w:t>6. Permission to attend</w:t>
      </w:r>
    </w:p>
    <w:p w14:paraId="41C770B0" w14:textId="77777777" w:rsidR="0082292B" w:rsidRDefault="0082292B" w:rsidP="0082292B">
      <w:pPr>
        <w:spacing w:after="20" w:line="240" w:lineRule="auto"/>
      </w:pPr>
      <w:r>
        <w:t>I give permission for the child named on this form to attend and take part in normal youth-group activities. I confirm that the information given is accurate and I will tell the youth group promptly if it changes.</w:t>
      </w:r>
    </w:p>
    <w:p w14:paraId="1B3ADC84" w14:textId="77777777" w:rsidR="0082292B" w:rsidRDefault="0082292B" w:rsidP="0082292B">
      <w:pPr>
        <w:spacing w:after="20" w:line="240" w:lineRule="auto"/>
      </w:pPr>
      <w:r>
        <w:t xml:space="preserve">☐ I agree </w:t>
      </w:r>
      <w:proofErr w:type="gramStart"/>
      <w:r>
        <w:t>to</w:t>
      </w:r>
      <w:proofErr w:type="gramEnd"/>
      <w:r>
        <w:t xml:space="preserve"> the declaration above.</w:t>
      </w:r>
    </w:p>
    <w:p w14:paraId="3C2A7FDB" w14:textId="77777777" w:rsidR="0082292B" w:rsidRDefault="0082292B" w:rsidP="0082292B">
      <w:pPr>
        <w:spacing w:after="20" w:line="240" w:lineRule="auto"/>
      </w:pPr>
      <w:r>
        <w:rPr>
          <w:b/>
        </w:rPr>
        <w:t xml:space="preserve">Parent/legal guardian signature: </w:t>
      </w:r>
      <w:r>
        <w:t>................................................................................................................</w:t>
      </w:r>
    </w:p>
    <w:p w14:paraId="4577CE79" w14:textId="77777777" w:rsidR="0082292B" w:rsidRDefault="0082292B" w:rsidP="0082292B">
      <w:pPr>
        <w:spacing w:after="20" w:line="240" w:lineRule="auto"/>
      </w:pPr>
      <w:r>
        <w:rPr>
          <w:b/>
        </w:rPr>
        <w:t xml:space="preserve">Print name: </w:t>
      </w:r>
      <w:r>
        <w:t>................................................................................................................</w:t>
      </w:r>
    </w:p>
    <w:p w14:paraId="2038D099" w14:textId="77777777" w:rsidR="0082292B" w:rsidRDefault="0082292B" w:rsidP="0082292B">
      <w:pPr>
        <w:spacing w:after="20" w:line="240" w:lineRule="auto"/>
      </w:pPr>
      <w:r>
        <w:rPr>
          <w:b/>
        </w:rPr>
        <w:t xml:space="preserve">Date: </w:t>
      </w:r>
      <w:r>
        <w:t>................................................................................................................</w:t>
      </w:r>
    </w:p>
    <w:p w14:paraId="3EA752DA" w14:textId="77777777" w:rsidR="0082292B" w:rsidRDefault="0082292B" w:rsidP="0082292B">
      <w:pPr>
        <w:pStyle w:val="Heading1"/>
        <w:spacing w:before="100" w:after="40"/>
      </w:pPr>
      <w:r>
        <w:t>7. Safeguarding contacts</w:t>
      </w:r>
    </w:p>
    <w:p w14:paraId="342243CC" w14:textId="77777777" w:rsidR="0082292B" w:rsidRDefault="0082292B" w:rsidP="0082292B">
      <w:pPr>
        <w:spacing w:after="20" w:line="240" w:lineRule="auto"/>
      </w:pPr>
      <w:r>
        <w:rPr>
          <w:b/>
        </w:rPr>
        <w:t xml:space="preserve">Parish Safeguarding Officer: </w:t>
      </w:r>
      <w:r>
        <w:t>Hazel Briggs</w:t>
      </w:r>
      <w:r>
        <w:br/>
        <w:t>Email: safeguarding@parishofossy.onmicrosoft.com   Telephone: 07348 663 427</w:t>
      </w:r>
      <w:r>
        <w:br/>
        <w:t>Diocese of Blackburn Safeguarding Team: safeguarding@blackburn.anglican.org   01254 503088</w:t>
      </w:r>
      <w:r>
        <w:br/>
      </w:r>
      <w:r>
        <w:rPr>
          <w:b/>
        </w:rPr>
        <w:t>In an emergency or where someone is at immediate risk, call 999.</w:t>
      </w:r>
    </w:p>
    <w:p w14:paraId="218FB158" w14:textId="77777777" w:rsidR="00AC20F7" w:rsidRPr="00AC20F7" w:rsidRDefault="00AC20F7" w:rsidP="00AC20F7">
      <w:pPr>
        <w:spacing w:after="20" w:line="240" w:lineRule="auto"/>
        <w:rPr>
          <w:rFonts w:asciiTheme="majorHAnsi" w:eastAsiaTheme="majorEastAsia" w:hAnsiTheme="majorHAnsi" w:cstheme="majorBidi"/>
          <w:b/>
          <w:bCs/>
          <w:color w:val="365F91" w:themeColor="accent1" w:themeShade="BF"/>
          <w:sz w:val="28"/>
          <w:szCs w:val="28"/>
          <w:lang w:val="en-GB"/>
        </w:rPr>
      </w:pPr>
      <w:r w:rsidRPr="00AC20F7">
        <w:rPr>
          <w:rFonts w:asciiTheme="majorHAnsi" w:eastAsiaTheme="majorEastAsia" w:hAnsiTheme="majorHAnsi" w:cstheme="majorBidi"/>
          <w:b/>
          <w:bCs/>
          <w:color w:val="365F91" w:themeColor="accent1" w:themeShade="BF"/>
          <w:sz w:val="28"/>
          <w:szCs w:val="28"/>
          <w:lang w:val="en-GB"/>
        </w:rPr>
        <w:t>8. How we use this information</w:t>
      </w:r>
    </w:p>
    <w:p w14:paraId="57487601" w14:textId="44DFE40B" w:rsidR="00AC20F7" w:rsidRPr="00DC1F83" w:rsidRDefault="00AC20F7" w:rsidP="00AC20F7">
      <w:pPr>
        <w:spacing w:after="20" w:line="240" w:lineRule="auto"/>
        <w:rPr>
          <w:rFonts w:eastAsiaTheme="majorEastAsia" w:cs="Arial"/>
          <w:szCs w:val="18"/>
          <w:lang w:val="en-GB"/>
        </w:rPr>
      </w:pPr>
      <w:r w:rsidRPr="00DC1F83">
        <w:rPr>
          <w:rFonts w:eastAsiaTheme="majorEastAsia" w:cs="Arial"/>
          <w:szCs w:val="18"/>
          <w:lang w:val="en-GB"/>
        </w:rPr>
        <w:t>The Parochial Church Council (PCC) uses this information to administer the youth group, safeguard children, respond to emergencies and make reasonable arrangements for participation. The information will be stored in a secure shared digital folder, with access limited to authorised people who need it for these purposes. The original paper forms will be kept locked in the parish office. Records will be handled and administered by the Parish Administrator, Alex Knight, on behalf of the PCC. Health, safeguarding and religious-affiliation information may be particularly sensitive and will be handled securely. Records will be kept only for as long as required by the parish’s safeguarding, insurance and legal retention arrangements. Questions or requests about personal information should be directed to the PCC, the Parish Administrator or the Parish Safeguarding Officer.</w:t>
      </w:r>
    </w:p>
    <w:p w14:paraId="20933458" w14:textId="50E1674D" w:rsidR="0082292B" w:rsidRDefault="0082292B" w:rsidP="0082292B">
      <w:pPr>
        <w:spacing w:after="20" w:line="240" w:lineRule="auto"/>
      </w:pPr>
      <w:r>
        <w:t>.</w:t>
      </w:r>
    </w:p>
    <w:p w14:paraId="4A4BD05C" w14:textId="77777777" w:rsidR="0082292B" w:rsidRDefault="0082292B" w:rsidP="0082292B">
      <w:pPr>
        <w:spacing w:after="20" w:line="240" w:lineRule="auto"/>
      </w:pPr>
      <w:r>
        <w:br w:type="page"/>
      </w:r>
    </w:p>
    <w:p w14:paraId="3CE174FF" w14:textId="5E9D080F" w:rsidR="0082292B" w:rsidRDefault="0082292B" w:rsidP="0082292B">
      <w:pPr>
        <w:pStyle w:val="Title"/>
        <w:jc w:val="center"/>
      </w:pPr>
      <w:r>
        <w:lastRenderedPageBreak/>
        <w:t>PHOTOGRAPHY AND VIDEO CONSENT</w:t>
      </w:r>
    </w:p>
    <w:p w14:paraId="685C885E" w14:textId="77777777" w:rsidR="0082292B" w:rsidRDefault="0082292B" w:rsidP="0082292B">
      <w:pPr>
        <w:spacing w:after="20" w:line="240" w:lineRule="auto"/>
        <w:jc w:val="center"/>
      </w:pPr>
      <w:r>
        <w:rPr>
          <w:i/>
        </w:rPr>
        <w:t>Optional and separate from youth-group registration</w:t>
      </w:r>
    </w:p>
    <w:tbl>
      <w:tblPr>
        <w:tblW w:w="0" w:type="auto"/>
        <w:jc w:val="center"/>
        <w:tblLayout w:type="fixed"/>
        <w:tblLook w:val="04A0" w:firstRow="1" w:lastRow="0" w:firstColumn="1" w:lastColumn="0" w:noHBand="0" w:noVBand="1"/>
      </w:tblPr>
      <w:tblGrid>
        <w:gridCol w:w="10368"/>
      </w:tblGrid>
      <w:tr w:rsidR="0082292B" w14:paraId="31751DAE" w14:textId="77777777">
        <w:trPr>
          <w:jc w:val="center"/>
        </w:trPr>
        <w:tc>
          <w:tcPr>
            <w:tcW w:w="10368" w:type="dxa"/>
            <w:shd w:val="clear" w:color="auto" w:fill="EAF2F8"/>
            <w:tcMar>
              <w:top w:w="80" w:type="dxa"/>
              <w:left w:w="90" w:type="dxa"/>
              <w:bottom w:w="80" w:type="dxa"/>
              <w:right w:w="90" w:type="dxa"/>
            </w:tcMar>
          </w:tcPr>
          <w:p w14:paraId="40E878F5" w14:textId="77777777" w:rsidR="0082292B" w:rsidRDefault="0082292B">
            <w:r>
              <w:rPr>
                <w:sz w:val="16"/>
              </w:rPr>
              <w:t xml:space="preserve">Ages 8–12: a parent or legal guardian gives consent. Ages 13–16: both the young person and a parent/legal guardian should consent. Age 17: the young person gives their own </w:t>
            </w:r>
            <w:proofErr w:type="gramStart"/>
            <w:r>
              <w:rPr>
                <w:sz w:val="16"/>
              </w:rPr>
              <w:t>consent</w:t>
            </w:r>
            <w:proofErr w:type="gramEnd"/>
            <w:r>
              <w:rPr>
                <w:sz w:val="16"/>
              </w:rPr>
              <w:t xml:space="preserve"> and the parent/guardian should be informed. Even where consent has been given, a child or young person may say no on any occasion.</w:t>
            </w:r>
          </w:p>
        </w:tc>
      </w:tr>
    </w:tbl>
    <w:p w14:paraId="00900AF4" w14:textId="77777777" w:rsidR="0082292B" w:rsidRDefault="0082292B" w:rsidP="0082292B">
      <w:pPr>
        <w:pStyle w:val="Heading1"/>
        <w:spacing w:before="100" w:after="40"/>
      </w:pPr>
      <w:r>
        <w:t>A. Consent choices</w:t>
      </w:r>
    </w:p>
    <w:p w14:paraId="2C2574C3" w14:textId="77777777" w:rsidR="0082292B" w:rsidRDefault="0082292B" w:rsidP="0082292B">
      <w:pPr>
        <w:spacing w:after="20" w:line="240" w:lineRule="auto"/>
      </w:pPr>
      <w:r>
        <w:t>Tick Yes or No for each use. A blank row will be treated as No consent.</w:t>
      </w:r>
    </w:p>
    <w:tbl>
      <w:tblPr>
        <w:tblStyle w:val="TableGrid"/>
        <w:tblW w:w="7366" w:type="dxa"/>
        <w:tblInd w:w="-5" w:type="dxa"/>
        <w:tblLayout w:type="fixed"/>
        <w:tblLook w:val="04A0" w:firstRow="1" w:lastRow="0" w:firstColumn="1" w:lastColumn="0" w:noHBand="0" w:noVBand="1"/>
      </w:tblPr>
      <w:tblGrid>
        <w:gridCol w:w="6054"/>
        <w:gridCol w:w="669"/>
        <w:gridCol w:w="643"/>
      </w:tblGrid>
      <w:tr w:rsidR="0082292B" w14:paraId="6697AE53" w14:textId="77777777" w:rsidTr="0032713E">
        <w:trPr>
          <w:trHeight w:val="225"/>
          <w:tblHeader/>
        </w:trPr>
        <w:tc>
          <w:tcPr>
            <w:tcW w:w="6054" w:type="dxa"/>
            <w:shd w:val="clear" w:color="auto" w:fill="DCE6F1"/>
            <w:vAlign w:val="center"/>
          </w:tcPr>
          <w:p w14:paraId="33FD199C" w14:textId="77777777" w:rsidR="0082292B" w:rsidRDefault="0082292B" w:rsidP="0032713E">
            <w:pPr>
              <w:ind w:left="1298" w:hanging="1298"/>
            </w:pPr>
            <w:r>
              <w:rPr>
                <w:b/>
              </w:rPr>
              <w:t>Proposed use</w:t>
            </w:r>
          </w:p>
        </w:tc>
        <w:tc>
          <w:tcPr>
            <w:tcW w:w="669" w:type="dxa"/>
            <w:shd w:val="clear" w:color="auto" w:fill="DCE6F1"/>
            <w:vAlign w:val="center"/>
          </w:tcPr>
          <w:p w14:paraId="0FCC3511" w14:textId="77777777" w:rsidR="0082292B" w:rsidRDefault="0082292B">
            <w:r>
              <w:rPr>
                <w:b/>
              </w:rPr>
              <w:t>Yes</w:t>
            </w:r>
          </w:p>
        </w:tc>
        <w:tc>
          <w:tcPr>
            <w:tcW w:w="643" w:type="dxa"/>
            <w:shd w:val="clear" w:color="auto" w:fill="DCE6F1"/>
            <w:vAlign w:val="center"/>
          </w:tcPr>
          <w:p w14:paraId="281C73EA" w14:textId="77777777" w:rsidR="0082292B" w:rsidRDefault="0082292B">
            <w:r>
              <w:rPr>
                <w:b/>
              </w:rPr>
              <w:t>No</w:t>
            </w:r>
          </w:p>
        </w:tc>
      </w:tr>
      <w:tr w:rsidR="0082292B" w14:paraId="32D34584" w14:textId="77777777" w:rsidTr="0032713E">
        <w:trPr>
          <w:trHeight w:val="265"/>
        </w:trPr>
        <w:tc>
          <w:tcPr>
            <w:tcW w:w="6054" w:type="dxa"/>
          </w:tcPr>
          <w:p w14:paraId="64078995" w14:textId="77777777" w:rsidR="0082292B" w:rsidRDefault="0082292B" w:rsidP="0032713E">
            <w:pPr>
              <w:ind w:left="1298" w:hanging="1298"/>
            </w:pPr>
            <w:r>
              <w:t>Internal parish or youth-group displays, reports and presentations</w:t>
            </w:r>
          </w:p>
        </w:tc>
        <w:tc>
          <w:tcPr>
            <w:tcW w:w="669" w:type="dxa"/>
          </w:tcPr>
          <w:p w14:paraId="1035F465" w14:textId="77777777" w:rsidR="0082292B" w:rsidRDefault="0082292B">
            <w:pPr>
              <w:jc w:val="center"/>
            </w:pPr>
            <w:r>
              <w:t>☐</w:t>
            </w:r>
          </w:p>
        </w:tc>
        <w:tc>
          <w:tcPr>
            <w:tcW w:w="643" w:type="dxa"/>
          </w:tcPr>
          <w:p w14:paraId="00ED8350" w14:textId="77777777" w:rsidR="0082292B" w:rsidRDefault="0082292B">
            <w:pPr>
              <w:jc w:val="center"/>
            </w:pPr>
            <w:r>
              <w:t>☐</w:t>
            </w:r>
          </w:p>
        </w:tc>
      </w:tr>
      <w:tr w:rsidR="0082292B" w14:paraId="331D738D" w14:textId="77777777" w:rsidTr="0032713E">
        <w:trPr>
          <w:trHeight w:val="265"/>
        </w:trPr>
        <w:tc>
          <w:tcPr>
            <w:tcW w:w="6054" w:type="dxa"/>
          </w:tcPr>
          <w:p w14:paraId="6E1EAE4C" w14:textId="77777777" w:rsidR="0082292B" w:rsidRDefault="0082292B" w:rsidP="0032713E">
            <w:pPr>
              <w:ind w:left="1298" w:hanging="1298"/>
            </w:pPr>
            <w:r>
              <w:t>Parish printed materials, such as newsletters, leaflets or posters</w:t>
            </w:r>
          </w:p>
        </w:tc>
        <w:tc>
          <w:tcPr>
            <w:tcW w:w="669" w:type="dxa"/>
          </w:tcPr>
          <w:p w14:paraId="2A117AAE" w14:textId="77777777" w:rsidR="0082292B" w:rsidRDefault="0082292B">
            <w:pPr>
              <w:jc w:val="center"/>
            </w:pPr>
            <w:r>
              <w:t>☐</w:t>
            </w:r>
          </w:p>
        </w:tc>
        <w:tc>
          <w:tcPr>
            <w:tcW w:w="643" w:type="dxa"/>
          </w:tcPr>
          <w:p w14:paraId="7B9C3801" w14:textId="77777777" w:rsidR="0082292B" w:rsidRDefault="0082292B">
            <w:pPr>
              <w:jc w:val="center"/>
            </w:pPr>
            <w:r>
              <w:t>☐</w:t>
            </w:r>
          </w:p>
        </w:tc>
      </w:tr>
      <w:tr w:rsidR="0082292B" w14:paraId="1D994ED6" w14:textId="77777777" w:rsidTr="0032713E">
        <w:trPr>
          <w:trHeight w:val="252"/>
        </w:trPr>
        <w:tc>
          <w:tcPr>
            <w:tcW w:w="6054" w:type="dxa"/>
          </w:tcPr>
          <w:p w14:paraId="0BE6C55D" w14:textId="77777777" w:rsidR="0082292B" w:rsidRDefault="0082292B" w:rsidP="0032713E">
            <w:pPr>
              <w:ind w:left="1298" w:hanging="1298"/>
            </w:pPr>
            <w:r>
              <w:t>Parish or youth-group website</w:t>
            </w:r>
          </w:p>
        </w:tc>
        <w:tc>
          <w:tcPr>
            <w:tcW w:w="669" w:type="dxa"/>
          </w:tcPr>
          <w:p w14:paraId="2F2E2BCC" w14:textId="77777777" w:rsidR="0082292B" w:rsidRDefault="0082292B">
            <w:pPr>
              <w:jc w:val="center"/>
            </w:pPr>
            <w:r>
              <w:t>☐</w:t>
            </w:r>
          </w:p>
        </w:tc>
        <w:tc>
          <w:tcPr>
            <w:tcW w:w="643" w:type="dxa"/>
          </w:tcPr>
          <w:p w14:paraId="1952EEA1" w14:textId="77777777" w:rsidR="0082292B" w:rsidRDefault="0082292B">
            <w:pPr>
              <w:jc w:val="center"/>
            </w:pPr>
            <w:r>
              <w:t>☐</w:t>
            </w:r>
          </w:p>
        </w:tc>
      </w:tr>
      <w:tr w:rsidR="0082292B" w14:paraId="0872C157" w14:textId="77777777" w:rsidTr="0032713E">
        <w:trPr>
          <w:trHeight w:val="265"/>
        </w:trPr>
        <w:tc>
          <w:tcPr>
            <w:tcW w:w="6054" w:type="dxa"/>
          </w:tcPr>
          <w:p w14:paraId="1D723200" w14:textId="77777777" w:rsidR="0082292B" w:rsidRDefault="0082292B" w:rsidP="0032713E">
            <w:pPr>
              <w:ind w:left="1298" w:hanging="1298"/>
            </w:pPr>
            <w:r>
              <w:t>Parish or youth-group social-media channels</w:t>
            </w:r>
          </w:p>
        </w:tc>
        <w:tc>
          <w:tcPr>
            <w:tcW w:w="669" w:type="dxa"/>
          </w:tcPr>
          <w:p w14:paraId="40F4DDB3" w14:textId="77777777" w:rsidR="0082292B" w:rsidRDefault="0082292B">
            <w:pPr>
              <w:jc w:val="center"/>
            </w:pPr>
            <w:r>
              <w:t>☐</w:t>
            </w:r>
          </w:p>
        </w:tc>
        <w:tc>
          <w:tcPr>
            <w:tcW w:w="643" w:type="dxa"/>
          </w:tcPr>
          <w:p w14:paraId="0CEA029C" w14:textId="77777777" w:rsidR="0082292B" w:rsidRDefault="0082292B">
            <w:pPr>
              <w:jc w:val="center"/>
            </w:pPr>
            <w:r>
              <w:t>☐</w:t>
            </w:r>
          </w:p>
        </w:tc>
      </w:tr>
      <w:tr w:rsidR="0082292B" w14:paraId="315009A0" w14:textId="77777777" w:rsidTr="0032713E">
        <w:trPr>
          <w:trHeight w:val="265"/>
        </w:trPr>
        <w:tc>
          <w:tcPr>
            <w:tcW w:w="6054" w:type="dxa"/>
          </w:tcPr>
          <w:p w14:paraId="356FCF98" w14:textId="77777777" w:rsidR="0082292B" w:rsidRDefault="0082292B" w:rsidP="0032713E">
            <w:pPr>
              <w:ind w:left="1298" w:hanging="1298"/>
            </w:pPr>
            <w:r>
              <w:t xml:space="preserve">Local newspaper, </w:t>
            </w:r>
            <w:proofErr w:type="gramStart"/>
            <w:r>
              <w:t>diocesan communications</w:t>
            </w:r>
            <w:proofErr w:type="gramEnd"/>
            <w:r>
              <w:t xml:space="preserve"> or other external media</w:t>
            </w:r>
          </w:p>
        </w:tc>
        <w:tc>
          <w:tcPr>
            <w:tcW w:w="669" w:type="dxa"/>
          </w:tcPr>
          <w:p w14:paraId="1D7BBB69" w14:textId="77777777" w:rsidR="0082292B" w:rsidRDefault="0082292B">
            <w:pPr>
              <w:jc w:val="center"/>
            </w:pPr>
            <w:r>
              <w:t>☐</w:t>
            </w:r>
          </w:p>
        </w:tc>
        <w:tc>
          <w:tcPr>
            <w:tcW w:w="643" w:type="dxa"/>
          </w:tcPr>
          <w:p w14:paraId="2ED15FAC" w14:textId="77777777" w:rsidR="0082292B" w:rsidRDefault="0082292B">
            <w:pPr>
              <w:jc w:val="center"/>
            </w:pPr>
            <w:r>
              <w:t>☐</w:t>
            </w:r>
          </w:p>
        </w:tc>
      </w:tr>
      <w:tr w:rsidR="0082292B" w14:paraId="1B56FAF9" w14:textId="77777777" w:rsidTr="0032713E">
        <w:trPr>
          <w:trHeight w:val="252"/>
        </w:trPr>
        <w:tc>
          <w:tcPr>
            <w:tcW w:w="6054" w:type="dxa"/>
          </w:tcPr>
          <w:p w14:paraId="668E052E" w14:textId="77777777" w:rsidR="0082292B" w:rsidRDefault="0082292B" w:rsidP="0032713E">
            <w:pPr>
              <w:ind w:left="1298" w:hanging="1298"/>
            </w:pPr>
            <w:r>
              <w:t>Livestreaming or recorded online services/events</w:t>
            </w:r>
          </w:p>
        </w:tc>
        <w:tc>
          <w:tcPr>
            <w:tcW w:w="669" w:type="dxa"/>
          </w:tcPr>
          <w:p w14:paraId="7169AF8B" w14:textId="77777777" w:rsidR="0082292B" w:rsidRDefault="0082292B">
            <w:pPr>
              <w:jc w:val="center"/>
            </w:pPr>
            <w:r>
              <w:t>☐</w:t>
            </w:r>
          </w:p>
        </w:tc>
        <w:tc>
          <w:tcPr>
            <w:tcW w:w="643" w:type="dxa"/>
          </w:tcPr>
          <w:p w14:paraId="7E804EAB" w14:textId="77777777" w:rsidR="0082292B" w:rsidRDefault="0082292B">
            <w:pPr>
              <w:jc w:val="center"/>
            </w:pPr>
            <w:r>
              <w:t>☐</w:t>
            </w:r>
          </w:p>
        </w:tc>
      </w:tr>
    </w:tbl>
    <w:p w14:paraId="599C61CC" w14:textId="77777777" w:rsidR="0082292B" w:rsidRDefault="0082292B" w:rsidP="0082292B">
      <w:pPr>
        <w:pStyle w:val="Heading1"/>
        <w:spacing w:before="100" w:after="40"/>
      </w:pPr>
      <w:r>
        <w:t>B. Naming</w:t>
      </w:r>
    </w:p>
    <w:p w14:paraId="19F38750" w14:textId="678233C4" w:rsidR="0082292B" w:rsidRDefault="0082292B" w:rsidP="0082292B">
      <w:pPr>
        <w:spacing w:after="20" w:line="240" w:lineRule="auto"/>
      </w:pPr>
      <w:r>
        <w:t>☐ Do not use the child’s name with an image.</w:t>
      </w:r>
      <w:r>
        <w:br/>
        <w:t>☐ The child’s first name may be used where appropriate.</w:t>
      </w:r>
    </w:p>
    <w:p w14:paraId="2E9AD983" w14:textId="77777777" w:rsidR="0082292B" w:rsidRDefault="0082292B" w:rsidP="0082292B">
      <w:pPr>
        <w:spacing w:after="20" w:line="240" w:lineRule="auto"/>
      </w:pPr>
      <w:r>
        <w:t>The parish will not normally publish a child’s surname or unnecessary identifying details.</w:t>
      </w:r>
    </w:p>
    <w:p w14:paraId="05973B14" w14:textId="0908D4F3" w:rsidR="0082292B" w:rsidRDefault="0082292B" w:rsidP="0082292B">
      <w:pPr>
        <w:pStyle w:val="Heading1"/>
        <w:spacing w:before="100" w:after="40"/>
      </w:pPr>
      <w:r>
        <w:t>C. Use and withdrawal</w:t>
      </w:r>
    </w:p>
    <w:p w14:paraId="1891FF91" w14:textId="77777777" w:rsidR="0082292B" w:rsidRDefault="0082292B" w:rsidP="0082292B">
      <w:pPr>
        <w:spacing w:after="20" w:line="240" w:lineRule="auto"/>
      </w:pPr>
      <w:r>
        <w:t xml:space="preserve">Images will be used only for the choices marked Yes. They may be stored securely and shared with trusted providers where needed for editing, design, printing or publication. Images posted online may be copied or shared outside the United Kingdom. Consent may be changed or withdrawn for future use, although the parish may be unable to recall printed materials or copies already shared by others. Consent should be reviewed </w:t>
      </w:r>
      <w:proofErr w:type="gramStart"/>
      <w:r>
        <w:t>regularly and</w:t>
      </w:r>
      <w:proofErr w:type="gramEnd"/>
      <w:r>
        <w:t xml:space="preserve"> whenever circumstances change.</w:t>
      </w:r>
    </w:p>
    <w:p w14:paraId="34061294" w14:textId="77777777" w:rsidR="0082292B" w:rsidRDefault="0082292B" w:rsidP="0082292B">
      <w:pPr>
        <w:pStyle w:val="Heading1"/>
        <w:spacing w:before="100" w:after="40"/>
      </w:pPr>
      <w:r>
        <w:t>D. Parent/legal guardian consent — ages 8–16</w:t>
      </w:r>
    </w:p>
    <w:p w14:paraId="68037461" w14:textId="77777777" w:rsidR="0082292B" w:rsidRDefault="0082292B" w:rsidP="0082292B">
      <w:pPr>
        <w:spacing w:after="20" w:line="240" w:lineRule="auto"/>
      </w:pPr>
      <w:r>
        <w:rPr>
          <w:b/>
        </w:rPr>
        <w:t xml:space="preserve">Child or young person’s full name: </w:t>
      </w:r>
      <w:r>
        <w:t>................................................................................................................</w:t>
      </w:r>
    </w:p>
    <w:p w14:paraId="6794AB6A" w14:textId="77777777" w:rsidR="0082292B" w:rsidRDefault="0082292B" w:rsidP="0082292B">
      <w:pPr>
        <w:spacing w:after="20" w:line="240" w:lineRule="auto"/>
      </w:pPr>
      <w:r>
        <w:t>I have understood the choices above and consent only to the uses marked Yes.</w:t>
      </w:r>
    </w:p>
    <w:p w14:paraId="4D80FD37" w14:textId="77777777" w:rsidR="0082292B" w:rsidRDefault="0082292B" w:rsidP="0082292B">
      <w:pPr>
        <w:spacing w:after="20" w:line="240" w:lineRule="auto"/>
      </w:pPr>
      <w:r>
        <w:rPr>
          <w:b/>
        </w:rPr>
        <w:t xml:space="preserve">Parent/legal guardian signature: </w:t>
      </w:r>
      <w:r>
        <w:t>................................................................................................................</w:t>
      </w:r>
    </w:p>
    <w:p w14:paraId="687EFC8C" w14:textId="77777777" w:rsidR="0082292B" w:rsidRDefault="0082292B" w:rsidP="0082292B">
      <w:pPr>
        <w:spacing w:after="20" w:line="240" w:lineRule="auto"/>
      </w:pPr>
      <w:r>
        <w:rPr>
          <w:b/>
        </w:rPr>
        <w:t xml:space="preserve">Print name: </w:t>
      </w:r>
      <w:r>
        <w:t>................................................................................................................</w:t>
      </w:r>
    </w:p>
    <w:p w14:paraId="6AAB7155" w14:textId="77777777" w:rsidR="0082292B" w:rsidRDefault="0082292B" w:rsidP="0082292B">
      <w:pPr>
        <w:spacing w:after="20" w:line="240" w:lineRule="auto"/>
      </w:pPr>
      <w:r>
        <w:rPr>
          <w:b/>
        </w:rPr>
        <w:t xml:space="preserve">Email or telephone: </w:t>
      </w:r>
      <w:r>
        <w:t>................................................................................................................</w:t>
      </w:r>
    </w:p>
    <w:p w14:paraId="5CEE078A" w14:textId="03E8B2DF" w:rsidR="0032713E" w:rsidRDefault="0082292B" w:rsidP="0032713E">
      <w:pPr>
        <w:spacing w:after="0" w:line="240" w:lineRule="auto"/>
      </w:pPr>
      <w:r>
        <w:rPr>
          <w:b/>
        </w:rPr>
        <w:t xml:space="preserve">Date: </w:t>
      </w:r>
      <w:r>
        <w:t>................................................................................................................</w:t>
      </w:r>
    </w:p>
    <w:p w14:paraId="42C8841C" w14:textId="62B86C92" w:rsidR="0082292B" w:rsidRPr="0032713E" w:rsidRDefault="0082292B" w:rsidP="0032713E">
      <w:pPr>
        <w:pStyle w:val="Heading1"/>
      </w:pPr>
      <w:r w:rsidRPr="0032713E">
        <w:t>E. Young person’s consent — ages 13–17</w:t>
      </w:r>
    </w:p>
    <w:p w14:paraId="50AA5A3B" w14:textId="32DE3396" w:rsidR="0082292B" w:rsidRDefault="0082292B" w:rsidP="0082292B">
      <w:pPr>
        <w:spacing w:after="20" w:line="240" w:lineRule="auto"/>
      </w:pPr>
      <w:r>
        <w:t xml:space="preserve">I understand how photographs and videos of me may be used. I agree only </w:t>
      </w:r>
      <w:proofErr w:type="gramStart"/>
      <w:r>
        <w:t>to</w:t>
      </w:r>
      <w:proofErr w:type="gramEnd"/>
      <w:r>
        <w:t xml:space="preserve"> the uses marked Yes. I know I can tell a leader that I do not want to be photographed or filmed on a particular occasion, and I can ask for future use to stop.</w:t>
      </w:r>
    </w:p>
    <w:p w14:paraId="325474E2" w14:textId="116DDC02" w:rsidR="0082292B" w:rsidRDefault="0082292B" w:rsidP="0082292B">
      <w:pPr>
        <w:spacing w:after="20" w:line="240" w:lineRule="auto"/>
      </w:pPr>
      <w:r>
        <w:rPr>
          <w:b/>
        </w:rPr>
        <w:t xml:space="preserve">Young person’s signature: </w:t>
      </w:r>
      <w:r>
        <w:t>................................................................................................................</w:t>
      </w:r>
    </w:p>
    <w:p w14:paraId="721E8C03" w14:textId="77777777" w:rsidR="0082292B" w:rsidRDefault="0082292B" w:rsidP="0082292B">
      <w:pPr>
        <w:spacing w:after="20" w:line="240" w:lineRule="auto"/>
      </w:pPr>
      <w:r>
        <w:rPr>
          <w:b/>
        </w:rPr>
        <w:t xml:space="preserve">Print name: </w:t>
      </w:r>
      <w:r>
        <w:t>................................................................................................................</w:t>
      </w:r>
    </w:p>
    <w:p w14:paraId="18EE4E19" w14:textId="77777777" w:rsidR="0082292B" w:rsidRDefault="0082292B" w:rsidP="0082292B">
      <w:pPr>
        <w:spacing w:after="20" w:line="240" w:lineRule="auto"/>
      </w:pPr>
      <w:r>
        <w:rPr>
          <w:b/>
        </w:rPr>
        <w:t xml:space="preserve">Date: </w:t>
      </w:r>
      <w:r>
        <w:t>................................................................................................................</w:t>
      </w:r>
    </w:p>
    <w:p w14:paraId="0936C411" w14:textId="77777777" w:rsidR="0082292B" w:rsidRPr="0032713E" w:rsidRDefault="0082292B" w:rsidP="0082292B">
      <w:pPr>
        <w:pStyle w:val="Heading1"/>
        <w:spacing w:before="100" w:after="40"/>
        <w:rPr>
          <w:rFonts w:cstheme="majorHAnsi"/>
        </w:rPr>
      </w:pPr>
      <w:r w:rsidRPr="0032713E">
        <w:rPr>
          <w:rFonts w:cstheme="majorHAnsi"/>
        </w:rPr>
        <w:t>F. Changing or withdrawing consent</w:t>
      </w:r>
    </w:p>
    <w:p w14:paraId="150C6F62" w14:textId="77777777" w:rsidR="0082292B" w:rsidRDefault="0082292B" w:rsidP="0082292B">
      <w:pPr>
        <w:spacing w:after="20" w:line="240" w:lineRule="auto"/>
      </w:pPr>
      <w:r>
        <w:rPr>
          <w:b/>
        </w:rPr>
        <w:t xml:space="preserve">Contact a youth leader or email: </w:t>
      </w:r>
      <w:r>
        <w:t>................................................................................................................</w:t>
      </w:r>
    </w:p>
    <w:p w14:paraId="23D6AFD3" w14:textId="3E9DFC63" w:rsidR="0082292B" w:rsidRDefault="0082292B" w:rsidP="0082292B">
      <w:pPr>
        <w:spacing w:after="20" w:line="240" w:lineRule="auto"/>
      </w:pPr>
      <w:r>
        <w:t>A request to change or withdraw consent will be recorded and applied to future use as soon as reasonably possible.</w:t>
      </w:r>
    </w:p>
    <w:p w14:paraId="7E23FE60" w14:textId="77777777" w:rsidR="0082292B" w:rsidRDefault="0082292B" w:rsidP="0082292B">
      <w:pPr>
        <w:pStyle w:val="Heading1"/>
        <w:spacing w:before="100" w:after="40"/>
      </w:pPr>
      <w:r>
        <w:lastRenderedPageBreak/>
        <w:t>For parish use only</w:t>
      </w:r>
    </w:p>
    <w:tbl>
      <w:tblPr>
        <w:tblStyle w:val="TableGrid"/>
        <w:tblW w:w="0" w:type="auto"/>
        <w:jc w:val="center"/>
        <w:tblLook w:val="04A0" w:firstRow="1" w:lastRow="0" w:firstColumn="1" w:lastColumn="0" w:noHBand="0" w:noVBand="1"/>
      </w:tblPr>
      <w:tblGrid>
        <w:gridCol w:w="5180"/>
        <w:gridCol w:w="5178"/>
      </w:tblGrid>
      <w:tr w:rsidR="0082292B" w14:paraId="628EC4F1" w14:textId="77777777">
        <w:trPr>
          <w:jc w:val="center"/>
        </w:trPr>
        <w:tc>
          <w:tcPr>
            <w:tcW w:w="5184" w:type="dxa"/>
            <w:shd w:val="clear" w:color="auto" w:fill="DCE6F1"/>
          </w:tcPr>
          <w:p w14:paraId="646D1A4D" w14:textId="77777777" w:rsidR="0082292B" w:rsidRDefault="0082292B">
            <w:r>
              <w:t>Registration received</w:t>
            </w:r>
          </w:p>
        </w:tc>
        <w:tc>
          <w:tcPr>
            <w:tcW w:w="5184" w:type="dxa"/>
          </w:tcPr>
          <w:p w14:paraId="4896F701" w14:textId="77777777" w:rsidR="0082292B" w:rsidRDefault="0082292B"/>
        </w:tc>
      </w:tr>
      <w:tr w:rsidR="0082292B" w14:paraId="2DD43DFA" w14:textId="77777777">
        <w:trPr>
          <w:jc w:val="center"/>
        </w:trPr>
        <w:tc>
          <w:tcPr>
            <w:tcW w:w="5184" w:type="dxa"/>
            <w:shd w:val="clear" w:color="auto" w:fill="DCE6F1"/>
          </w:tcPr>
          <w:p w14:paraId="1A263AC1" w14:textId="77777777" w:rsidR="0082292B" w:rsidRDefault="0082292B">
            <w:r>
              <w:t>Health information reviewed</w:t>
            </w:r>
          </w:p>
        </w:tc>
        <w:tc>
          <w:tcPr>
            <w:tcW w:w="5184" w:type="dxa"/>
          </w:tcPr>
          <w:p w14:paraId="47A8B27D" w14:textId="77777777" w:rsidR="0082292B" w:rsidRDefault="0082292B"/>
        </w:tc>
      </w:tr>
      <w:tr w:rsidR="0082292B" w14:paraId="766B2466" w14:textId="77777777">
        <w:trPr>
          <w:jc w:val="center"/>
        </w:trPr>
        <w:tc>
          <w:tcPr>
            <w:tcW w:w="5184" w:type="dxa"/>
            <w:shd w:val="clear" w:color="auto" w:fill="DCE6F1"/>
          </w:tcPr>
          <w:p w14:paraId="425A6E1F" w14:textId="77777777" w:rsidR="0082292B" w:rsidRDefault="0082292B">
            <w:r>
              <w:t>Collection arrangements reviewed</w:t>
            </w:r>
          </w:p>
        </w:tc>
        <w:tc>
          <w:tcPr>
            <w:tcW w:w="5184" w:type="dxa"/>
          </w:tcPr>
          <w:p w14:paraId="223F6DFC" w14:textId="77777777" w:rsidR="0082292B" w:rsidRDefault="0082292B"/>
        </w:tc>
      </w:tr>
      <w:tr w:rsidR="0082292B" w14:paraId="48D6329C" w14:textId="77777777">
        <w:trPr>
          <w:jc w:val="center"/>
        </w:trPr>
        <w:tc>
          <w:tcPr>
            <w:tcW w:w="5184" w:type="dxa"/>
            <w:shd w:val="clear" w:color="auto" w:fill="DCE6F1"/>
          </w:tcPr>
          <w:p w14:paraId="076064AE" w14:textId="77777777" w:rsidR="0082292B" w:rsidRDefault="0082292B">
            <w:r>
              <w:t>Photography consent status</w:t>
            </w:r>
          </w:p>
        </w:tc>
        <w:tc>
          <w:tcPr>
            <w:tcW w:w="5184" w:type="dxa"/>
          </w:tcPr>
          <w:p w14:paraId="180311FF" w14:textId="77777777" w:rsidR="0082292B" w:rsidRDefault="0082292B"/>
        </w:tc>
      </w:tr>
      <w:tr w:rsidR="0082292B" w14:paraId="27B85195" w14:textId="77777777">
        <w:trPr>
          <w:jc w:val="center"/>
        </w:trPr>
        <w:tc>
          <w:tcPr>
            <w:tcW w:w="5184" w:type="dxa"/>
            <w:shd w:val="clear" w:color="auto" w:fill="DCE6F1"/>
          </w:tcPr>
          <w:p w14:paraId="5C6075BE" w14:textId="77777777" w:rsidR="0082292B" w:rsidRDefault="0082292B">
            <w:r>
              <w:t>Young person consent required/received</w:t>
            </w:r>
          </w:p>
        </w:tc>
        <w:tc>
          <w:tcPr>
            <w:tcW w:w="5184" w:type="dxa"/>
          </w:tcPr>
          <w:p w14:paraId="7B91E983" w14:textId="77777777" w:rsidR="0082292B" w:rsidRDefault="0082292B"/>
        </w:tc>
      </w:tr>
      <w:tr w:rsidR="0082292B" w14:paraId="3A99BCA8" w14:textId="77777777">
        <w:trPr>
          <w:jc w:val="center"/>
        </w:trPr>
        <w:tc>
          <w:tcPr>
            <w:tcW w:w="5184" w:type="dxa"/>
            <w:shd w:val="clear" w:color="auto" w:fill="DCE6F1"/>
          </w:tcPr>
          <w:p w14:paraId="651E98DE" w14:textId="77777777" w:rsidR="0082292B" w:rsidRDefault="0082292B">
            <w:r>
              <w:t>Leader responsible for review</w:t>
            </w:r>
          </w:p>
        </w:tc>
        <w:tc>
          <w:tcPr>
            <w:tcW w:w="5184" w:type="dxa"/>
          </w:tcPr>
          <w:p w14:paraId="61DB7163" w14:textId="77777777" w:rsidR="0082292B" w:rsidRDefault="0082292B"/>
        </w:tc>
      </w:tr>
      <w:tr w:rsidR="0082292B" w14:paraId="55E03B38" w14:textId="77777777">
        <w:trPr>
          <w:jc w:val="center"/>
        </w:trPr>
        <w:tc>
          <w:tcPr>
            <w:tcW w:w="5184" w:type="dxa"/>
            <w:shd w:val="clear" w:color="auto" w:fill="DCE6F1"/>
          </w:tcPr>
          <w:p w14:paraId="36E73CC4" w14:textId="77777777" w:rsidR="0082292B" w:rsidRDefault="0082292B">
            <w:r>
              <w:t>Date entered/updated</w:t>
            </w:r>
          </w:p>
        </w:tc>
        <w:tc>
          <w:tcPr>
            <w:tcW w:w="5184" w:type="dxa"/>
          </w:tcPr>
          <w:p w14:paraId="60130CD5" w14:textId="77777777" w:rsidR="0082292B" w:rsidRDefault="0082292B"/>
        </w:tc>
      </w:tr>
      <w:tr w:rsidR="0082292B" w14:paraId="171A580F" w14:textId="77777777">
        <w:trPr>
          <w:jc w:val="center"/>
        </w:trPr>
        <w:tc>
          <w:tcPr>
            <w:tcW w:w="5184" w:type="dxa"/>
            <w:shd w:val="clear" w:color="auto" w:fill="DCE6F1"/>
          </w:tcPr>
          <w:p w14:paraId="164CA624" w14:textId="77777777" w:rsidR="0082292B" w:rsidRDefault="0082292B">
            <w:r>
              <w:t>Next review due</w:t>
            </w:r>
          </w:p>
        </w:tc>
        <w:tc>
          <w:tcPr>
            <w:tcW w:w="5184" w:type="dxa"/>
          </w:tcPr>
          <w:p w14:paraId="158E81E8" w14:textId="77777777" w:rsidR="0082292B" w:rsidRDefault="0082292B"/>
        </w:tc>
      </w:tr>
    </w:tbl>
    <w:p w14:paraId="2BA5D343" w14:textId="77777777" w:rsidR="0082292B" w:rsidRDefault="0082292B" w:rsidP="0082292B">
      <w:pPr>
        <w:pStyle w:val="Heading1"/>
        <w:spacing w:before="100" w:after="40"/>
      </w:pPr>
      <w:r>
        <w:t>Leader checklist before first attendance</w:t>
      </w:r>
    </w:p>
    <w:p w14:paraId="13A67F45" w14:textId="77777777" w:rsidR="0082292B" w:rsidRDefault="0082292B" w:rsidP="0082292B">
      <w:pPr>
        <w:spacing w:after="20" w:line="240" w:lineRule="auto"/>
      </w:pPr>
      <w:r>
        <w:t>☐ Emergency contacts are complete and legible.</w:t>
      </w:r>
    </w:p>
    <w:p w14:paraId="756D29F1" w14:textId="77777777" w:rsidR="0082292B" w:rsidRDefault="0082292B" w:rsidP="0082292B">
      <w:pPr>
        <w:spacing w:after="20" w:line="240" w:lineRule="auto"/>
      </w:pPr>
      <w:r>
        <w:t>☐ Health needs, allergies and medication arrangements have been discussed where necessary.</w:t>
      </w:r>
    </w:p>
    <w:p w14:paraId="77EF055F" w14:textId="4DE83CA1" w:rsidR="0082292B" w:rsidRDefault="0082292B" w:rsidP="0082292B">
      <w:pPr>
        <w:spacing w:after="20" w:line="240" w:lineRule="auto"/>
      </w:pPr>
      <w:r>
        <w:t>☐ Collection or independent-departure arrangements are clear.</w:t>
      </w:r>
    </w:p>
    <w:p w14:paraId="27AE1369" w14:textId="77777777" w:rsidR="0082292B" w:rsidRDefault="0082292B" w:rsidP="0082292B">
      <w:pPr>
        <w:spacing w:after="20" w:line="240" w:lineRule="auto"/>
      </w:pPr>
      <w:r>
        <w:t>☐ Any safeguarding or legal restrictions have been referred to the Parish Safeguarding Officer.</w:t>
      </w:r>
    </w:p>
    <w:p w14:paraId="5C2B6D66" w14:textId="77777777" w:rsidR="0082292B" w:rsidRDefault="0082292B" w:rsidP="0082292B">
      <w:pPr>
        <w:spacing w:after="20" w:line="240" w:lineRule="auto"/>
      </w:pPr>
      <w:r>
        <w:t>☐ Photography preferences have been communicated to relevant leaders and photographers.</w:t>
      </w:r>
    </w:p>
    <w:p w14:paraId="38F2B7F0" w14:textId="77777777" w:rsidR="0082292B" w:rsidRDefault="0082292B" w:rsidP="0082292B">
      <w:pPr>
        <w:spacing w:after="20" w:line="240" w:lineRule="auto"/>
      </w:pPr>
      <w:r>
        <w:t>☐ The parent/guardian has been given access to the parish privacy notice.</w:t>
      </w:r>
    </w:p>
    <w:p w14:paraId="0910BC1F" w14:textId="1C04BAA5" w:rsidR="00AB70DE" w:rsidRPr="0082292B" w:rsidRDefault="00AB70DE" w:rsidP="0082292B"/>
    <w:sectPr w:rsidR="00AB70DE" w:rsidRPr="0082292B" w:rsidSect="00034616">
      <w:headerReference w:type="default" r:id="rId8"/>
      <w:footerReference w:type="default" r:id="rId9"/>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D9D1B" w14:textId="77777777" w:rsidR="00BB7236" w:rsidRDefault="00BB7236">
      <w:pPr>
        <w:spacing w:after="0" w:line="240" w:lineRule="auto"/>
      </w:pPr>
      <w:r>
        <w:separator/>
      </w:r>
    </w:p>
  </w:endnote>
  <w:endnote w:type="continuationSeparator" w:id="0">
    <w:p w14:paraId="587BA335" w14:textId="77777777" w:rsidR="00BB7236" w:rsidRDefault="00BB7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6306B" w14:textId="77777777" w:rsidR="0082292B" w:rsidRDefault="0082292B">
    <w:pPr>
      <w:pStyle w:val="Footer"/>
      <w:jc w:val="center"/>
    </w:pPr>
    <w:r>
      <w:rPr>
        <w:sz w:val="16"/>
      </w:rPr>
      <w:t xml:space="preserve">Page </w:t>
    </w:r>
    <w:r>
      <w:rPr>
        <w:sz w:val="16"/>
      </w:rPr>
      <w:fldChar w:fldCharType="begin"/>
    </w:r>
    <w:r>
      <w:rPr>
        <w:sz w:val="16"/>
      </w:rPr>
      <w:instrText>PAGE</w:instrText>
    </w:r>
    <w:r>
      <w:rPr>
        <w:sz w:val="16"/>
      </w:rPr>
      <w:fldChar w:fldCharType="separate"/>
    </w:r>
    <w:r>
      <w:rPr>
        <w:noProof/>
        <w:sz w:val="16"/>
      </w:rPr>
      <w:t>1</w:t>
    </w:r>
    <w:r>
      <w:rPr>
        <w:sz w:val="16"/>
      </w:rPr>
      <w:fldChar w:fldCharType="end"/>
    </w:r>
    <w:r>
      <w:rPr>
        <w:sz w:val="16"/>
      </w:rPr>
      <w:t xml:space="preserve"> of </w:t>
    </w:r>
    <w:r>
      <w:rPr>
        <w:sz w:val="16"/>
      </w:rPr>
      <w:fldChar w:fldCharType="begin"/>
    </w:r>
    <w:r>
      <w:rPr>
        <w:sz w:val="16"/>
      </w:rPr>
      <w:instrText>NUMPAGES</w:instrText>
    </w:r>
    <w:r>
      <w:rPr>
        <w:sz w:val="16"/>
      </w:rPr>
      <w:fldChar w:fldCharType="separate"/>
    </w:r>
    <w:r>
      <w:rPr>
        <w:noProof/>
        <w:sz w:val="16"/>
      </w:rPr>
      <w:t>2</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4A51D" w14:textId="77777777" w:rsidR="00BB7236" w:rsidRDefault="00BB7236">
      <w:pPr>
        <w:spacing w:after="0" w:line="240" w:lineRule="auto"/>
      </w:pPr>
      <w:r>
        <w:separator/>
      </w:r>
    </w:p>
  </w:footnote>
  <w:footnote w:type="continuationSeparator" w:id="0">
    <w:p w14:paraId="49D8A0F1" w14:textId="77777777" w:rsidR="00BB7236" w:rsidRDefault="00BB72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CC5C8" w14:textId="77777777" w:rsidR="0082292B" w:rsidRDefault="0082292B">
    <w:pPr>
      <w:pStyle w:val="Header"/>
    </w:pPr>
  </w:p>
  <w:tbl>
    <w:tblPr>
      <w:tblW w:w="0" w:type="auto"/>
      <w:tblLook w:val="04A0" w:firstRow="1" w:lastRow="0" w:firstColumn="1" w:lastColumn="0" w:noHBand="0" w:noVBand="1"/>
    </w:tblPr>
    <w:tblGrid>
      <w:gridCol w:w="6062"/>
      <w:gridCol w:w="4162"/>
    </w:tblGrid>
    <w:tr w:rsidR="0082292B" w14:paraId="6332362D" w14:textId="77777777" w:rsidTr="00B021FF">
      <w:tc>
        <w:tcPr>
          <w:tcW w:w="6062" w:type="dxa"/>
          <w:vAlign w:val="center"/>
        </w:tcPr>
        <w:p w14:paraId="7B732E59" w14:textId="77777777" w:rsidR="0082292B" w:rsidRDefault="0082292B">
          <w:r>
            <w:rPr>
              <w:b/>
              <w:color w:val="1F4E79"/>
              <w:sz w:val="26"/>
            </w:rPr>
            <w:t>PARISH OF OSWALDTWISTLE YOUTH GROUP</w:t>
          </w:r>
        </w:p>
        <w:p w14:paraId="0CC5F8C2" w14:textId="77777777" w:rsidR="0082292B" w:rsidRDefault="0082292B">
          <w:r>
            <w:rPr>
              <w:sz w:val="17"/>
            </w:rPr>
            <w:t>Registration, Medical, Collection and Photography Consent</w:t>
          </w:r>
        </w:p>
      </w:tc>
      <w:tc>
        <w:tcPr>
          <w:tcW w:w="4162" w:type="dxa"/>
        </w:tcPr>
        <w:p w14:paraId="21E4D7A9" w14:textId="77777777" w:rsidR="0082292B" w:rsidRDefault="0082292B">
          <w:pPr>
            <w:jc w:val="right"/>
          </w:pPr>
          <w:r>
            <w:rPr>
              <w:noProof/>
            </w:rPr>
            <w:drawing>
              <wp:inline distT="0" distB="0" distL="0" distR="0" wp14:anchorId="5F86ABC1" wp14:editId="4C77E819">
                <wp:extent cx="838200" cy="890588"/>
                <wp:effectExtent l="0" t="0" r="0" b="5080"/>
                <wp:docPr id="1" name="Picture 1">
                  <a:extLst xmlns:a="http://schemas.openxmlformats.org/drawingml/2006/main">
                    <a:ext uri="{FF2B5EF4-FFF2-40B4-BE49-F238E27FC236}">
                      <a16:creationId xmlns:a16="http://schemas.microsoft.com/office/drawing/2014/main" id="{F2A44812-932F-48A6-9E57-8633F970F9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
                        <a:stretch>
                          <a:fillRect/>
                        </a:stretch>
                      </pic:blipFill>
                      <pic:spPr>
                        <a:xfrm>
                          <a:off x="0" y="0"/>
                          <a:ext cx="848387" cy="901412"/>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72195933">
    <w:abstractNumId w:val="8"/>
  </w:num>
  <w:num w:numId="2" w16cid:durableId="1113669594">
    <w:abstractNumId w:val="6"/>
  </w:num>
  <w:num w:numId="3" w16cid:durableId="1333944871">
    <w:abstractNumId w:val="3"/>
  </w:num>
  <w:num w:numId="4" w16cid:durableId="1435128783">
    <w:abstractNumId w:val="5"/>
  </w:num>
  <w:num w:numId="5" w16cid:durableId="1692755795">
    <w:abstractNumId w:val="2"/>
  </w:num>
  <w:num w:numId="6" w16cid:durableId="1726104729">
    <w:abstractNumId w:val="4"/>
  </w:num>
  <w:num w:numId="7" w16cid:durableId="1730298116">
    <w:abstractNumId w:val="0"/>
  </w:num>
  <w:num w:numId="8" w16cid:durableId="430780612">
    <w:abstractNumId w:val="1"/>
  </w:num>
  <w:num w:numId="9" w16cid:durableId="9926096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6C6A"/>
    <w:rsid w:val="0015074B"/>
    <w:rsid w:val="0029639D"/>
    <w:rsid w:val="00326F90"/>
    <w:rsid w:val="0032713E"/>
    <w:rsid w:val="00357AC1"/>
    <w:rsid w:val="004433E2"/>
    <w:rsid w:val="00445850"/>
    <w:rsid w:val="005F5C13"/>
    <w:rsid w:val="00724584"/>
    <w:rsid w:val="007B344E"/>
    <w:rsid w:val="0082292B"/>
    <w:rsid w:val="00827102"/>
    <w:rsid w:val="00877FCA"/>
    <w:rsid w:val="00911FB7"/>
    <w:rsid w:val="009E314C"/>
    <w:rsid w:val="00A03CDF"/>
    <w:rsid w:val="00A34557"/>
    <w:rsid w:val="00A812AF"/>
    <w:rsid w:val="00AA1D8D"/>
    <w:rsid w:val="00AB70DE"/>
    <w:rsid w:val="00AC20F7"/>
    <w:rsid w:val="00B021FF"/>
    <w:rsid w:val="00B47730"/>
    <w:rsid w:val="00B74DE4"/>
    <w:rsid w:val="00BB7236"/>
    <w:rsid w:val="00CB0664"/>
    <w:rsid w:val="00CF6674"/>
    <w:rsid w:val="00D30E3A"/>
    <w:rsid w:val="00D42FA8"/>
    <w:rsid w:val="00D631F6"/>
    <w:rsid w:val="00DC083E"/>
    <w:rsid w:val="00DC1F83"/>
    <w:rsid w:val="00E93729"/>
    <w:rsid w:val="00FB59C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5BC170"/>
  <w14:defaultImageDpi w14:val="300"/>
  <w15:docId w15:val="{4C7BFB97-0F8F-414A-B49E-2FC4D8B45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9"/>
      </w:numPr>
      <w:contextualSpacing/>
    </w:pPr>
  </w:style>
  <w:style w:type="paragraph" w:styleId="ListNumber2">
    <w:name w:val="List Number 2"/>
    <w:basedOn w:val="Normal"/>
    <w:uiPriority w:val="99"/>
    <w:unhideWhenUsed/>
    <w:rsid w:val="0029639D"/>
    <w:pPr>
      <w:numPr>
        <w:numId w:val="3"/>
      </w:numPr>
      <w:contextualSpacing/>
    </w:pPr>
  </w:style>
  <w:style w:type="paragraph" w:styleId="ListNumber3">
    <w:name w:val="List Number 3"/>
    <w:basedOn w:val="Normal"/>
    <w:uiPriority w:val="99"/>
    <w:unhideWhenUsed/>
    <w:rsid w:val="0029639D"/>
    <w:pPr>
      <w:numPr>
        <w:numId w:val="5"/>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 Heading"/>
    <w:pPr>
      <w:spacing w:before="160" w:after="80"/>
    </w:pPr>
    <w:rPr>
      <w:rFonts w:ascii="Arial" w:hAnsi="Arial"/>
      <w:b/>
      <w:color w:val="1F4E79"/>
      <w:sz w:val="26"/>
    </w:rPr>
  </w:style>
  <w:style w:type="paragraph" w:customStyle="1" w:styleId="FormLine">
    <w:name w:val="Form Line"/>
    <w:pPr>
      <w:spacing w:after="60"/>
    </w:pPr>
    <w:rPr>
      <w:rFonts w:ascii="Arial" w:hAnsi="Arial"/>
      <w:sz w:val="18"/>
    </w:rPr>
  </w:style>
  <w:style w:type="character" w:styleId="Hyperlink">
    <w:name w:val="Hyperlink"/>
    <w:basedOn w:val="DefaultParagraphFont"/>
    <w:uiPriority w:val="99"/>
    <w:unhideWhenUsed/>
    <w:rsid w:val="00B021FF"/>
    <w:rPr>
      <w:color w:val="0000FF" w:themeColor="hyperlink"/>
      <w:u w:val="single"/>
    </w:rPr>
  </w:style>
  <w:style w:type="character" w:styleId="UnresolvedMention">
    <w:name w:val="Unresolved Mention"/>
    <w:basedOn w:val="DefaultParagraphFont"/>
    <w:uiPriority w:val="99"/>
    <w:semiHidden/>
    <w:unhideWhenUsed/>
    <w:rsid w:val="00B02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1115</Words>
  <Characters>10967</Characters>
  <Application>Microsoft Office Word</Application>
  <DocSecurity>0</DocSecurity>
  <Lines>161</Lines>
  <Paragraphs>135</Paragraphs>
  <ScaleCrop>false</ScaleCrop>
  <HeadingPairs>
    <vt:vector size="2" baseType="variant">
      <vt:variant>
        <vt:lpstr>Title</vt:lpstr>
      </vt:variant>
      <vt:variant>
        <vt:i4>1</vt:i4>
      </vt:variant>
    </vt:vector>
  </HeadingPairs>
  <TitlesOfParts>
    <vt:vector size="1" baseType="lpstr">
      <vt:lpstr>Parish of Oswaldtwistle Youth Group Registration and Consent</vt:lpstr>
    </vt:vector>
  </TitlesOfParts>
  <Manager/>
  <Company/>
  <LinksUpToDate>false</LinksUpToDate>
  <CharactersWithSpaces>11947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of Oswaldtwistle Youth Group Registration and Consent</dc:title>
  <dc:subject>Registration, medical, collection and photography consent form for ages 8–16</dc:subject>
  <dc:creator>Parish of Oswaldtwistle</dc:creator>
  <cp:keywords/>
  <dc:description>generated by python-docx</dc:description>
  <cp:lastModifiedBy>Ossy Parish</cp:lastModifiedBy>
  <cp:revision>5</cp:revision>
  <cp:lastPrinted>2026-07-27T19:42:00Z</cp:lastPrinted>
  <dcterms:created xsi:type="dcterms:W3CDTF">2026-07-27T19:46:00Z</dcterms:created>
  <dcterms:modified xsi:type="dcterms:W3CDTF">2026-07-27T12:06:00Z</dcterms:modified>
  <cp:category/>
</cp:coreProperties>
</file>